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/>
        <w:jc w:val="center"/>
      </w:pPr>
      <w:r>
        <w:rPr>
          <w:b/>
        </w:rPr>
        <w:t>{{YIL}}</w:t>
      </w:r>
      <w:r>
        <w:rPr>
          <w:b/>
        </w:rPr>
        <w:t xml:space="preserve"> EĞİTİM-ÖĞRETİM YILI</w:t>
      </w:r>
    </w:p>
    <w:p>
      <w:pPr>
        <w:spacing w:after="0"/>
        <w:jc w:val="center"/>
      </w:pPr>
      <w:r>
        <w:rPr>
          <w:b/>
        </w:rPr>
        <w:t>{{OKUL}}</w:t>
      </w:r>
    </w:p>
    <w:p>
      <w:pPr>
        <w:spacing w:after="0"/>
        <w:jc w:val="center"/>
      </w:pPr>
      <w:r>
        <w:rPr>
          <w:b/>
        </w:rPr>
        <w:t>BİREYSELLEŞTİRİLMİŞ EĞİTİM PROGRAMI (BEP)</w:t>
      </w:r>
    </w:p>
    <w:p>
      <w:pPr>
        <w:spacing w:before="200"/>
      </w:pPr>
      <w:r>
        <w:rPr>
          <w:b/>
        </w:rPr>
        <w:t>ÖĞRENCİ BİLGİLERİ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3118"/>
          </w:tcPr>
          <w:p>
            <w:r>
              <w:rPr>
                <w:b/>
              </w:rPr>
              <w:t>Adı Soyadı</w:t>
            </w:r>
          </w:p>
        </w:tc>
        <w:tc>
          <w:tcPr>
            <w:tcW w:type="dxa" w:w="6520"/>
          </w:tcPr>
          <w:p/>
        </w:tc>
      </w:tr>
      <w:tr>
        <w:tc>
          <w:tcPr>
            <w:tcW w:type="dxa" w:w="3118"/>
          </w:tcPr>
          <w:p>
            <w:r>
              <w:rPr>
                <w:b/>
              </w:rPr>
              <w:t>Doğum tarihi</w:t>
            </w:r>
          </w:p>
        </w:tc>
        <w:tc>
          <w:tcPr>
            <w:tcW w:type="dxa" w:w="6520"/>
          </w:tcPr>
          <w:p/>
        </w:tc>
      </w:tr>
      <w:tr>
        <w:tc>
          <w:tcPr>
            <w:tcW w:type="dxa" w:w="3118"/>
          </w:tcPr>
          <w:p>
            <w:r>
              <w:rPr>
                <w:b/>
              </w:rPr>
              <w:t>Sınıfı / Şubesi</w:t>
            </w:r>
          </w:p>
        </w:tc>
        <w:tc>
          <w:tcPr>
            <w:tcW w:type="dxa" w:w="6520"/>
          </w:tcPr>
          <w:p>
            <w:r>
              <w:rPr>
                <w:b w:val="0"/>
              </w:rPr>
              <w:t>{{SINIF}}</w:t>
            </w:r>
            <w:r>
              <w:rPr>
                <w:b w:val="0"/>
              </w:rPr>
              <w:t>-</w:t>
            </w:r>
            <w:r>
              <w:rPr>
                <w:b w:val="0"/>
              </w:rPr>
              <w:t>{{SUBE}}</w:t>
            </w:r>
          </w:p>
        </w:tc>
      </w:tr>
      <w:tr>
        <w:tc>
          <w:tcPr>
            <w:tcW w:type="dxa" w:w="3118"/>
          </w:tcPr>
          <w:p>
            <w:r>
              <w:rPr>
                <w:b/>
              </w:rPr>
              <w:t>Eğitsel tanısı</w:t>
            </w:r>
          </w:p>
        </w:tc>
        <w:tc>
          <w:tcPr>
            <w:tcW w:type="dxa" w:w="6520"/>
          </w:tcPr>
          <w:p/>
        </w:tc>
      </w:tr>
      <w:tr>
        <w:tc>
          <w:tcPr>
            <w:tcW w:type="dxa" w:w="3118"/>
          </w:tcPr>
          <w:p>
            <w:r>
              <w:rPr>
                <w:b/>
              </w:rPr>
              <w:t>BEP başlangıç-bitiş tarihi</w:t>
            </w:r>
          </w:p>
        </w:tc>
        <w:tc>
          <w:tcPr>
            <w:tcW w:type="dxa" w:w="6520"/>
          </w:tcPr>
          <w:p/>
        </w:tc>
      </w:tr>
      <w:tr>
        <w:tc>
          <w:tcPr>
            <w:tcW w:type="dxa" w:w="3118"/>
          </w:tcPr>
          <w:p>
            <w:r>
              <w:rPr>
                <w:b/>
              </w:rPr>
              <w:t>Veli adı soyadı / telefonu</w:t>
            </w:r>
          </w:p>
        </w:tc>
        <w:tc>
          <w:tcPr>
            <w:tcW w:type="dxa" w:w="6520"/>
          </w:tcPr>
          <w:p/>
        </w:tc>
      </w:tr>
    </w:tbl>
    <w:p/>
    <w:p>
      <w:pPr>
        <w:spacing w:before="200"/>
      </w:pPr>
      <w:r>
        <w:rPr>
          <w:b/>
        </w:rPr>
        <w:t>BEP GELİŞTİRME BİRİMİ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324"/>
        <w:gridCol w:w="3324"/>
        <w:gridCol w:w="3324"/>
      </w:tblGrid>
      <w:tr>
        <w:tc>
          <w:tcPr>
            <w:tcW w:type="dxa" w:w="3324"/>
          </w:tcPr>
          <w:p>
            <w:r>
              <w:rPr>
                <w:b/>
              </w:rPr>
              <w:t>Görevi</w:t>
            </w:r>
          </w:p>
        </w:tc>
        <w:tc>
          <w:tcPr>
            <w:tcW w:type="dxa" w:w="3324"/>
          </w:tcPr>
          <w:p>
            <w:r>
              <w:rPr>
                <w:b/>
              </w:rPr>
              <w:t>Adı Soyadı</w:t>
            </w:r>
          </w:p>
        </w:tc>
        <w:tc>
          <w:tcPr>
            <w:tcW w:type="dxa" w:w="3324"/>
          </w:tcPr>
          <w:p>
            <w:r>
              <w:rPr>
                <w:b/>
              </w:rPr>
              <w:t>İmza</w:t>
            </w:r>
          </w:p>
        </w:tc>
      </w:tr>
      <w:tr>
        <w:tc>
          <w:tcPr>
            <w:tcW w:type="dxa" w:w="3324"/>
          </w:tcPr>
          <w:p>
            <w:r>
              <w:rPr>
                <w:b w:val="0"/>
              </w:rPr>
              <w:t>Okul müdürü / müdür yardımcısı</w:t>
            </w:r>
          </w:p>
        </w:tc>
        <w:tc>
          <w:tcPr>
            <w:tcW w:type="dxa" w:w="3324"/>
          </w:tcPr>
          <w:p>
            <w:r>
              <w:rPr>
                <w:b w:val="0"/>
              </w:rPr>
              <w:t>{{MUDUR}}</w:t>
            </w:r>
          </w:p>
        </w:tc>
        <w:tc>
          <w:tcPr>
            <w:tcW w:type="dxa" w:w="3324"/>
          </w:tcPr>
          <w:p/>
        </w:tc>
      </w:tr>
      <w:tr>
        <w:tc>
          <w:tcPr>
            <w:tcW w:type="dxa" w:w="3324"/>
          </w:tcPr>
          <w:p>
            <w:r>
              <w:rPr>
                <w:b w:val="0"/>
              </w:rPr>
              <w:t>Rehber öğretmen</w:t>
            </w:r>
          </w:p>
        </w:tc>
        <w:tc>
          <w:tcPr>
            <w:tcW w:type="dxa" w:w="3324"/>
          </w:tcPr>
          <w:p/>
        </w:tc>
        <w:tc>
          <w:tcPr>
            <w:tcW w:type="dxa" w:w="3324"/>
          </w:tcPr>
          <w:p/>
        </w:tc>
      </w:tr>
      <w:tr>
        <w:tc>
          <w:tcPr>
            <w:tcW w:type="dxa" w:w="3324"/>
          </w:tcPr>
          <w:p>
            <w:r>
              <w:rPr>
                <w:b w:val="0"/>
              </w:rPr>
              <w:t>Sınıf öğretmeni</w:t>
            </w:r>
          </w:p>
        </w:tc>
        <w:tc>
          <w:tcPr>
            <w:tcW w:type="dxa" w:w="3324"/>
          </w:tcPr>
          <w:p>
            <w:r>
              <w:rPr>
                <w:b w:val="0"/>
              </w:rPr>
              <w:t>{{OGRETMEN}}</w:t>
            </w:r>
          </w:p>
        </w:tc>
        <w:tc>
          <w:tcPr>
            <w:tcW w:type="dxa" w:w="3324"/>
          </w:tcPr>
          <w:p/>
        </w:tc>
      </w:tr>
      <w:tr>
        <w:tc>
          <w:tcPr>
            <w:tcW w:type="dxa" w:w="3324"/>
          </w:tcPr>
          <w:p>
            <w:r>
              <w:rPr>
                <w:b w:val="0"/>
              </w:rPr>
              <w:t>Branş öğretmeni</w:t>
            </w:r>
          </w:p>
        </w:tc>
        <w:tc>
          <w:tcPr>
            <w:tcW w:type="dxa" w:w="3324"/>
          </w:tcPr>
          <w:p/>
        </w:tc>
        <w:tc>
          <w:tcPr>
            <w:tcW w:type="dxa" w:w="3324"/>
          </w:tcPr>
          <w:p/>
        </w:tc>
      </w:tr>
      <w:tr>
        <w:tc>
          <w:tcPr>
            <w:tcW w:type="dxa" w:w="3324"/>
          </w:tcPr>
          <w:p>
            <w:r>
              <w:rPr>
                <w:b w:val="0"/>
              </w:rPr>
              <w:t>Veli</w:t>
            </w:r>
          </w:p>
        </w:tc>
        <w:tc>
          <w:tcPr>
            <w:tcW w:type="dxa" w:w="3324"/>
          </w:tcPr>
          <w:p/>
        </w:tc>
        <w:tc>
          <w:tcPr>
            <w:tcW w:type="dxa" w:w="3324"/>
          </w:tcPr>
          <w:p/>
        </w:tc>
      </w:tr>
    </w:tbl>
    <w:p/>
    <w:p>
      <w:pPr>
        <w:spacing w:before="200"/>
      </w:pPr>
      <w:r>
        <w:rPr>
          <w:b/>
        </w:rPr>
        <w:t>EĞİTSEL PERFORMANS DÜZEYİ</w:t>
      </w:r>
    </w:p>
    <w:p>
      <w:pPr>
        <w:jc w:val="both"/>
      </w:pPr>
      <w:r>
        <w:rPr>
          <w:b w:val="0"/>
        </w:rPr>
        <w:t>Ders: …………………  Öğrencinin bu dersteki mevcut performansı (yapabildikleri ve desteğe ihtiyaç duyduğu beceriler):</w:t>
      </w:r>
    </w:p>
    <w:p>
      <w:r>
        <w:t>..................................................................................................................................</w:t>
      </w:r>
    </w:p>
    <w:p>
      <w:r>
        <w:t>..................................................................................................................................</w:t>
      </w:r>
    </w:p>
    <w:p>
      <w:r>
        <w:t>..................................................................................................................................</w:t>
      </w:r>
    </w:p>
    <w:p>
      <w:r>
        <w:t>..................................................................................................................................</w:t>
      </w:r>
    </w:p>
    <w:p>
      <w:pPr>
        <w:spacing w:before="200"/>
      </w:pPr>
      <w:r>
        <w:rPr>
          <w:b/>
        </w:rPr>
        <w:t>UZUN DÖNEMLİ AMAÇ</w:t>
      </w:r>
    </w:p>
    <w:p>
      <w:r>
        <w:t>..................................................................................................................................</w:t>
      </w:r>
    </w:p>
    <w:p>
      <w:r>
        <w:t>..................................................................................................................................</w:t>
      </w:r>
    </w:p>
    <w:p>
      <w:pPr>
        <w:spacing w:before="200"/>
      </w:pPr>
      <w:r>
        <w:rPr>
          <w:b/>
        </w:rPr>
        <w:t>KISA DÖNEMLİ AMAÇLAR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994"/>
        <w:gridCol w:w="1994"/>
        <w:gridCol w:w="1994"/>
        <w:gridCol w:w="1994"/>
        <w:gridCol w:w="1994"/>
      </w:tblGrid>
      <w:tr>
        <w:tc>
          <w:tcPr>
            <w:tcW w:type="dxa" w:w="1994"/>
          </w:tcPr>
          <w:p>
            <w:r>
              <w:rPr>
                <w:b/>
              </w:rPr>
              <w:t>Kısa dönemli amaç</w:t>
            </w:r>
          </w:p>
        </w:tc>
        <w:tc>
          <w:tcPr>
            <w:tcW w:type="dxa" w:w="1994"/>
          </w:tcPr>
          <w:p>
            <w:r>
              <w:rPr>
                <w:b/>
              </w:rPr>
              <w:t>Yöntem ve teknik</w:t>
            </w:r>
          </w:p>
        </w:tc>
        <w:tc>
          <w:tcPr>
            <w:tcW w:type="dxa" w:w="1994"/>
          </w:tcPr>
          <w:p>
            <w:r>
              <w:rPr>
                <w:b/>
              </w:rPr>
              <w:t>Materyal</w:t>
            </w:r>
          </w:p>
        </w:tc>
        <w:tc>
          <w:tcPr>
            <w:tcW w:type="dxa" w:w="1994"/>
          </w:tcPr>
          <w:p>
            <w:r>
              <w:rPr>
                <w:b/>
              </w:rPr>
              <w:t>Başlama-bitiş</w:t>
            </w:r>
          </w:p>
        </w:tc>
        <w:tc>
          <w:tcPr>
            <w:tcW w:type="dxa" w:w="1994"/>
          </w:tcPr>
          <w:p>
            <w:r>
              <w:rPr>
                <w:b/>
              </w:rPr>
              <w:t>Değerlendirme</w:t>
            </w:r>
          </w:p>
        </w:tc>
      </w:tr>
      <w:tr>
        <w:tc>
          <w:tcPr>
            <w:tcW w:type="dxa" w:w="1994"/>
          </w:tcPr>
          <w:p/>
        </w:tc>
        <w:tc>
          <w:tcPr>
            <w:tcW w:type="dxa" w:w="1994"/>
          </w:tcPr>
          <w:p/>
        </w:tc>
        <w:tc>
          <w:tcPr>
            <w:tcW w:type="dxa" w:w="1994"/>
          </w:tcPr>
          <w:p/>
        </w:tc>
        <w:tc>
          <w:tcPr>
            <w:tcW w:type="dxa" w:w="1994"/>
          </w:tcPr>
          <w:p/>
        </w:tc>
        <w:tc>
          <w:tcPr>
            <w:tcW w:type="dxa" w:w="1994"/>
          </w:tcPr>
          <w:p/>
        </w:tc>
      </w:tr>
      <w:tr>
        <w:tc>
          <w:tcPr>
            <w:tcW w:type="dxa" w:w="1994"/>
          </w:tcPr>
          <w:p/>
        </w:tc>
        <w:tc>
          <w:tcPr>
            <w:tcW w:type="dxa" w:w="1994"/>
          </w:tcPr>
          <w:p/>
        </w:tc>
        <w:tc>
          <w:tcPr>
            <w:tcW w:type="dxa" w:w="1994"/>
          </w:tcPr>
          <w:p/>
        </w:tc>
        <w:tc>
          <w:tcPr>
            <w:tcW w:type="dxa" w:w="1994"/>
          </w:tcPr>
          <w:p/>
        </w:tc>
        <w:tc>
          <w:tcPr>
            <w:tcW w:type="dxa" w:w="1994"/>
          </w:tcPr>
          <w:p/>
        </w:tc>
      </w:tr>
      <w:tr>
        <w:tc>
          <w:tcPr>
            <w:tcW w:type="dxa" w:w="1994"/>
          </w:tcPr>
          <w:p/>
        </w:tc>
        <w:tc>
          <w:tcPr>
            <w:tcW w:type="dxa" w:w="1994"/>
          </w:tcPr>
          <w:p/>
        </w:tc>
        <w:tc>
          <w:tcPr>
            <w:tcW w:type="dxa" w:w="1994"/>
          </w:tcPr>
          <w:p/>
        </w:tc>
        <w:tc>
          <w:tcPr>
            <w:tcW w:type="dxa" w:w="1994"/>
          </w:tcPr>
          <w:p/>
        </w:tc>
        <w:tc>
          <w:tcPr>
            <w:tcW w:type="dxa" w:w="1994"/>
          </w:tcPr>
          <w:p/>
        </w:tc>
      </w:tr>
      <w:tr>
        <w:tc>
          <w:tcPr>
            <w:tcW w:type="dxa" w:w="1994"/>
          </w:tcPr>
          <w:p/>
        </w:tc>
        <w:tc>
          <w:tcPr>
            <w:tcW w:type="dxa" w:w="1994"/>
          </w:tcPr>
          <w:p/>
        </w:tc>
        <w:tc>
          <w:tcPr>
            <w:tcW w:type="dxa" w:w="1994"/>
          </w:tcPr>
          <w:p/>
        </w:tc>
        <w:tc>
          <w:tcPr>
            <w:tcW w:type="dxa" w:w="1994"/>
          </w:tcPr>
          <w:p/>
        </w:tc>
        <w:tc>
          <w:tcPr>
            <w:tcW w:type="dxa" w:w="1994"/>
          </w:tcPr>
          <w:p/>
        </w:tc>
      </w:tr>
      <w:tr>
        <w:tc>
          <w:tcPr>
            <w:tcW w:type="dxa" w:w="1994"/>
          </w:tcPr>
          <w:p/>
        </w:tc>
        <w:tc>
          <w:tcPr>
            <w:tcW w:type="dxa" w:w="1994"/>
          </w:tcPr>
          <w:p/>
        </w:tc>
        <w:tc>
          <w:tcPr>
            <w:tcW w:type="dxa" w:w="1994"/>
          </w:tcPr>
          <w:p/>
        </w:tc>
        <w:tc>
          <w:tcPr>
            <w:tcW w:type="dxa" w:w="1994"/>
          </w:tcPr>
          <w:p/>
        </w:tc>
        <w:tc>
          <w:tcPr>
            <w:tcW w:type="dxa" w:w="1994"/>
          </w:tcPr>
          <w:p/>
        </w:tc>
      </w:tr>
      <w:tr>
        <w:tc>
          <w:tcPr>
            <w:tcW w:type="dxa" w:w="1994"/>
          </w:tcPr>
          <w:p/>
        </w:tc>
        <w:tc>
          <w:tcPr>
            <w:tcW w:type="dxa" w:w="1994"/>
          </w:tcPr>
          <w:p/>
        </w:tc>
        <w:tc>
          <w:tcPr>
            <w:tcW w:type="dxa" w:w="1994"/>
          </w:tcPr>
          <w:p/>
        </w:tc>
        <w:tc>
          <w:tcPr>
            <w:tcW w:type="dxa" w:w="1994"/>
          </w:tcPr>
          <w:p/>
        </w:tc>
        <w:tc>
          <w:tcPr>
            <w:tcW w:type="dxa" w:w="1994"/>
          </w:tcPr>
          <w:p/>
        </w:tc>
      </w:tr>
    </w:tbl>
    <w:p/>
    <w:p>
      <w:pPr>
        <w:spacing w:before="200"/>
      </w:pPr>
      <w:r>
        <w:rPr>
          <w:b/>
        </w:rPr>
        <w:t>ALINACAK DESTEK HİZMETLERİ VE DÜZENLEMELER</w:t>
      </w:r>
    </w:p>
    <w:p>
      <w:r>
        <w:t>..................................................................................................................................</w:t>
      </w:r>
    </w:p>
    <w:p>
      <w:r>
        <w:t>..................................................................................................................................</w:t>
      </w:r>
    </w:p>
    <w:p>
      <w:r>
        <w:t>..................................................................................................................................</w:t>
      </w:r>
    </w:p>
    <w:p>
      <w:pPr>
        <w:spacing w:before="240"/>
      </w:pPr>
      <w:r>
        <w:rPr>
          <w:b w:val="0"/>
          <w:sz w:val="18"/>
        </w:rPr>
        <w:t>Not: Bu form örnektir. BEP, okulun BEP geliştirme birimi tarafından öğrencinin eğitsel değerlendirme sonuçlarına göre hazırlanır; her ders için ayrı amaçlar yazılabilir.</w:t>
      </w:r>
    </w:p>
    <w:sectPr w:rsidR="00FC693F" w:rsidRPr="0006063C" w:rsidSect="00034616">
      <w:pgSz w:w="12240" w:h="15840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