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OKUL DIŞI ÖĞRENME ETKİNLİĞİ VELİ İZİN BELGESİ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Etkinliğin / gezinin adı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Gidilecek yer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{{YER}}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Tarih ve saat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{{TARIH}}</w:t>
            </w:r>
            <w:r>
              <w:rPr>
                <w:b w:val="0"/>
              </w:rPr>
              <w:t xml:space="preserve">  </w:t>
            </w:r>
            <w:r>
              <w:rPr>
                <w:b w:val="0"/>
              </w:rPr>
              <w:t>{{SAAT}}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Ulaşım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Sorumlu öğretmen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{{OGRETMEN}}</w:t>
            </w:r>
          </w:p>
        </w:tc>
      </w:tr>
    </w:tbl>
    <w:p/>
    <w:p>
      <w:pPr>
        <w:jc w:val="both"/>
      </w:pPr>
      <w:r>
        <w:rPr>
          <w:b w:val="0"/>
        </w:rPr>
        <w:t>{{OKUL}}</w:t>
      </w:r>
      <w:r>
        <w:rPr>
          <w:b w:val="0"/>
        </w:rPr>
        <w:t xml:space="preserve"> </w:t>
      </w:r>
      <w:r>
        <w:rPr>
          <w:b w:val="0"/>
        </w:rPr>
        <w:t>{{SINIF}}</w:t>
      </w:r>
      <w:r>
        <w:rPr>
          <w:b w:val="0"/>
        </w:rPr>
        <w:t>-</w:t>
      </w:r>
      <w:r>
        <w:rPr>
          <w:b w:val="0"/>
        </w:rPr>
        <w:t>{{SUBE}}</w:t>
      </w:r>
      <w:r>
        <w:rPr>
          <w:b w:val="0"/>
        </w:rPr>
        <w:t xml:space="preserve"> sınıfı öğrencisi olan ………………………………………… adlı çocuğumun yukarıda bilgileri verilen okul dışı öğrenme etkinliğine katılmasına izin veriyorum / vermiyorum.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Velinin adı soyadı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Telefonu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Tarih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pPr>
              <w:jc w:val="center"/>
            </w:pPr>
          </w:p>
        </w:tc>
      </w:tr>
      <w:tr>
        <w:tc>
          <w:tcPr>
            <w:tcW w:type="dxa" w:w="9972"/>
          </w:tcPr>
          <w:p>
            <w:pPr>
              <w:jc w:val="center"/>
            </w:pPr>
            <w:r>
              <w:rPr>
                <w:b w:val="0"/>
              </w:rPr>
              <w:t>………………………</w:t>
            </w:r>
          </w:p>
        </w:tc>
      </w:tr>
      <w:tr>
        <w:tc>
          <w:tcPr>
            <w:tcW w:type="dxa" w:w="9972"/>
          </w:tcPr>
          <w:p>
            <w:pPr>
              <w:jc w:val="center"/>
            </w:pPr>
            <w:r>
              <w:rPr>
                <w:b/>
              </w:rPr>
              <w:t>Veli İmzası</w:t>
            </w:r>
          </w:p>
        </w:tc>
      </w:tr>
    </w:tbl>
    <w:p/>
    <w:p>
      <w:pPr>
        <w:spacing w:before="240"/>
      </w:pPr>
      <w:r>
        <w:rPr>
          <w:b w:val="0"/>
          <w:sz w:val="18"/>
        </w:rPr>
        <w:t>Not: Okul dışı öğrenme etkinlikleri, okul yönetiminin onayı ve ilgili mevzuat çerçevesinde düzenlenir.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