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</w:rPr>
        <w:t>{{YIL}}</w:t>
      </w:r>
      <w:r>
        <w:rPr>
          <w:b/>
        </w:rPr>
        <w:t xml:space="preserve"> EĞİTİM-ÖĞRETİM YILI</w:t>
      </w:r>
    </w:p>
    <w:p>
      <w:pPr>
        <w:spacing w:after="0"/>
        <w:jc w:val="center"/>
      </w:pPr>
      <w:r>
        <w:rPr>
          <w:b/>
        </w:rPr>
        <w:t>{{OKUL}}</w:t>
      </w:r>
    </w:p>
    <w:p>
      <w:pPr>
        <w:spacing w:after="0"/>
        <w:jc w:val="center"/>
      </w:pPr>
      <w:r>
        <w:rPr>
          <w:b/>
        </w:rPr>
        <w:t>ÖĞRENCİ TANIMA FORMU</w:t>
      </w:r>
    </w:p>
    <w:p>
      <w:pPr>
        <w:spacing w:after="0"/>
        <w:jc w:val="center"/>
      </w:pPr>
      <w:r>
        <w:rPr>
          <w:b/>
        </w:rPr>
        <w:t>{{SINIF}}</w:t>
      </w:r>
      <w:r>
        <w:rPr>
          <w:b/>
        </w:rPr>
        <w:t>-</w:t>
      </w:r>
      <w:r>
        <w:rPr>
          <w:b/>
        </w:rPr>
        <w:t>{{SUBE}}</w:t>
      </w:r>
      <w:r>
        <w:rPr>
          <w:b/>
        </w:rPr>
        <w:t xml:space="preserve"> Sınıfı</w:t>
      </w:r>
    </w:p>
    <w:p>
      <w:pPr>
        <w:jc w:val="both"/>
      </w:pPr>
      <w:r>
        <w:rPr>
          <w:b w:val="0"/>
        </w:rPr>
        <w:t xml:space="preserve">Sayın Veli, çocuğunuzu daha iyi tanıyabilmemiz için bu formu doldurmanızı rica ederim. Bilgiler gizli tutulacaktır.  —  </w:t>
      </w:r>
      <w:r>
        <w:rPr>
          <w:b w:val="0"/>
        </w:rPr>
        <w:t>{{OGRETMEN}}</w:t>
      </w:r>
      <w:r>
        <w:rPr>
          <w:b w:val="0"/>
        </w:rPr>
        <w:t>, Sınıf Öğretmeni</w:t>
      </w:r>
    </w:p>
    <w:p>
      <w:pPr>
        <w:spacing w:before="200"/>
      </w:pPr>
      <w:r>
        <w:rPr>
          <w:b/>
        </w:rPr>
        <w:t>ÖĞRENCİ BİLGİLERİ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Doğum Tarihi / Yeri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Kardeş sayısı ve kaçıncı çocuk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Kiminle yaşıyor?</w:t>
            </w:r>
          </w:p>
        </w:tc>
        <w:tc>
          <w:tcPr>
            <w:tcW w:type="dxa" w:w="6520"/>
          </w:tcPr>
          <w:p>
            <w:r>
              <w:rPr>
                <w:b w:val="0"/>
              </w:rPr>
              <w:t>☐ Anne-baba  ☐ Anne  ☐ Baba  ☐ Diğer: ………</w:t>
            </w:r>
          </w:p>
        </w:tc>
      </w:tr>
    </w:tbl>
    <w:p/>
    <w:p>
      <w:pPr>
        <w:spacing w:before="200"/>
      </w:pPr>
      <w:r>
        <w:rPr>
          <w:b/>
        </w:rPr>
        <w:t>AİLE VE İLETİŞİM BİLGİLERİ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/>
        </w:tc>
        <w:tc>
          <w:tcPr>
            <w:tcW w:type="dxa" w:w="3324"/>
          </w:tcPr>
          <w:p>
            <w:r>
              <w:rPr>
                <w:b/>
              </w:rPr>
              <w:t>Anne</w:t>
            </w:r>
          </w:p>
        </w:tc>
        <w:tc>
          <w:tcPr>
            <w:tcW w:type="dxa" w:w="3324"/>
          </w:tcPr>
          <w:p>
            <w:r>
              <w:rPr>
                <w:b/>
              </w:rPr>
              <w:t>Baba</w:t>
            </w:r>
          </w:p>
        </w:tc>
      </w:tr>
      <w:tr>
        <w:tc>
          <w:tcPr>
            <w:tcW w:type="dxa" w:w="3324"/>
          </w:tcPr>
          <w:p>
            <w:r>
              <w:rPr>
                <w:b w:val="0"/>
              </w:rPr>
              <w:t>Adı Soyadı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Mesleği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Telefonu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rPr>
                <w:b w:val="0"/>
              </w:rPr>
              <w:t>Öğrenim durumu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Ev adresi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Acil durumda aranacak kişi ve telefonu</w:t>
            </w:r>
          </w:p>
        </w:tc>
        <w:tc>
          <w:tcPr>
            <w:tcW w:type="dxa" w:w="6520"/>
          </w:tcPr>
          <w:p/>
        </w:tc>
      </w:tr>
    </w:tbl>
    <w:p/>
    <w:p>
      <w:pPr>
        <w:spacing w:before="200"/>
      </w:pPr>
      <w:r>
        <w:rPr>
          <w:b/>
        </w:rPr>
        <w:t>SAĞLIK BİLGİLERİ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Sürekli kullandığı ilaç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Alerjisi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Kronik rahatsızlığı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Görme / işitme ile ilgili durum</w:t>
            </w:r>
          </w:p>
        </w:tc>
        <w:tc>
          <w:tcPr>
            <w:tcW w:type="dxa" w:w="6520"/>
          </w:tcPr>
          <w:p/>
        </w:tc>
      </w:tr>
    </w:tbl>
    <w:p/>
    <w:p>
      <w:pPr>
        <w:spacing w:before="200"/>
      </w:pPr>
      <w:r>
        <w:rPr>
          <w:b/>
        </w:rPr>
        <w:t>ÇOCUĞUMUZU TANIYALIM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</w:rPr>
              <w:t>Sevdiği etkinlikler ve oyunlar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İlgi duyduğu alanlar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Korkuları / kaygıları</w:t>
            </w:r>
          </w:p>
        </w:tc>
        <w:tc>
          <w:tcPr>
            <w:tcW w:type="dxa" w:w="6520"/>
          </w:tcPr>
          <w:p/>
        </w:tc>
      </w:tr>
      <w:tr>
        <w:tc>
          <w:tcPr>
            <w:tcW w:type="dxa" w:w="3118"/>
          </w:tcPr>
          <w:p>
            <w:r>
              <w:rPr>
                <w:b/>
              </w:rPr>
              <w:t>Öğretmenin bilmesini istediğiniz durumlar</w:t>
            </w:r>
          </w:p>
        </w:tc>
        <w:tc>
          <w:tcPr>
            <w:tcW w:type="dxa" w:w="6520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</w:p>
        </w:tc>
      </w:tr>
      <w:tr>
        <w:tc>
          <w:tcPr>
            <w:tcW w:type="dxa" w:w="9972"/>
          </w:tcPr>
          <w:p>
            <w:pPr>
              <w:jc w:val="center"/>
            </w:pPr>
            <w:r>
              <w:rPr>
                <w:b w:val="0"/>
              </w:rPr>
              <w:t>………………………</w:t>
            </w:r>
          </w:p>
        </w:tc>
      </w:tr>
      <w:tr>
        <w:tc>
          <w:tcPr>
            <w:tcW w:type="dxa" w:w="9972"/>
          </w:tcPr>
          <w:p>
            <w:pPr>
              <w:jc w:val="center"/>
            </w:pPr>
            <w:r>
              <w:rPr>
                <w:b/>
              </w:rPr>
              <w:t>Veli Adı Soyadı / İmza</w:t>
            </w:r>
          </w:p>
        </w:tc>
      </w:tr>
    </w:tbl>
    <w:p/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