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VELİ GÖRÜŞME FORMU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Öğrencinin Adı Soyadı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Sınıfı / Şubesi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{{SINIF}}</w:t>
            </w:r>
            <w:r>
              <w:rPr>
                <w:b w:val="0"/>
              </w:rPr>
              <w:t>-</w:t>
            </w:r>
            <w:r>
              <w:rPr>
                <w:b w:val="0"/>
              </w:rPr>
              <w:t>{{SUBE}}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Görüşülen Veli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Yakınlığı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Görüşme Tarihi / Saati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{{TARIH}}</w:t>
            </w:r>
            <w:r>
              <w:rPr>
                <w:b w:val="0"/>
              </w:rPr>
              <w:t xml:space="preserve">  </w:t>
            </w:r>
            <w:r>
              <w:rPr>
                <w:b w:val="0"/>
              </w:rPr>
              <w:t>{{SAAT}}</w:t>
            </w:r>
          </w:p>
        </w:tc>
      </w:tr>
      <w:tr>
        <w:tc>
          <w:tcPr>
            <w:tcW w:type="dxa" w:w="3118"/>
          </w:tcPr>
          <w:p>
            <w:r>
              <w:rPr>
                <w:b/>
              </w:rPr>
              <w:t>Görüşmeyi İsteyen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☐ Öğretmen   ☐ Veli   ☐ İdare</w:t>
            </w:r>
          </w:p>
        </w:tc>
      </w:tr>
    </w:tbl>
    <w:p/>
    <w:p>
      <w:pPr>
        <w:spacing w:before="200"/>
      </w:pPr>
      <w:r>
        <w:rPr>
          <w:b/>
        </w:rPr>
        <w:t>GÖRÜŞME KONUSU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GÖRÜŞME ÖZETİ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pPr>
        <w:spacing w:before="200"/>
      </w:pPr>
      <w:r>
        <w:rPr>
          <w:b/>
        </w:rPr>
        <w:t>ALINAN KARARLAR / YAPILACAKLAR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..................................................................................................................................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{{TARIH}}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………………………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 w:val="0"/>
              </w:rPr>
              <w:t>{{OGRETMEN}}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b/>
              </w:rPr>
              <w:t>Veli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b/>
              </w:rPr>
              <w:t>Sınıf Öğretmeni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