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</w:rPr>
        <w:t>{{YIL}}</w:t>
      </w:r>
      <w:r>
        <w:rPr>
          <w:b/>
        </w:rPr>
        <w:t xml:space="preserve"> EĞİTİM-ÖĞRETİM YILI</w:t>
      </w:r>
    </w:p>
    <w:p>
      <w:pPr>
        <w:spacing w:after="0"/>
        <w:jc w:val="center"/>
      </w:pPr>
      <w:r>
        <w:rPr>
          <w:b/>
        </w:rPr>
        <w:t>{{OKUL}}</w:t>
      </w:r>
    </w:p>
    <w:p>
      <w:pPr>
        <w:spacing w:after="0"/>
        <w:jc w:val="center"/>
      </w:pPr>
      <w:r>
        <w:rPr>
          <w:b/>
        </w:rPr>
        <w:t>{{SINIF}}</w:t>
      </w:r>
      <w:r>
        <w:rPr>
          <w:b/>
        </w:rPr>
        <w:t>-</w:t>
      </w:r>
      <w:r>
        <w:rPr>
          <w:b/>
        </w:rPr>
        <w:t>{{SUBE}}</w:t>
      </w:r>
      <w:r>
        <w:rPr>
          <w:b/>
        </w:rPr>
        <w:t xml:space="preserve"> SINIFI VELİ TEMSİLCİSİ SEÇİM TUTANAĞI</w:t>
      </w:r>
    </w:p>
    <w:p>
      <w:pPr>
        <w:jc w:val="both"/>
      </w:pPr>
      <w:r>
        <w:rPr>
          <w:b w:val="0"/>
        </w:rPr>
        <w:t>{{SINIF}}</w:t>
      </w:r>
      <w:r>
        <w:rPr>
          <w:b w:val="0"/>
        </w:rPr>
        <w:t>-</w:t>
      </w:r>
      <w:r>
        <w:rPr>
          <w:b w:val="0"/>
        </w:rPr>
        <w:t>{{SUBE}}</w:t>
      </w:r>
      <w:r>
        <w:rPr>
          <w:b w:val="0"/>
        </w:rPr>
        <w:t xml:space="preserve"> sınıfı öğrenci velileri </w:t>
      </w:r>
      <w:r>
        <w:rPr>
          <w:b w:val="0"/>
        </w:rPr>
        <w:t>{{TARIH}}</w:t>
      </w:r>
      <w:r>
        <w:rPr>
          <w:b w:val="0"/>
        </w:rPr>
        <w:t xml:space="preserve"> tarihinde saat </w:t>
      </w:r>
      <w:r>
        <w:rPr>
          <w:b w:val="0"/>
        </w:rPr>
        <w:t>{{SAAT}}</w:t>
      </w:r>
      <w:r>
        <w:rPr>
          <w:b w:val="0"/>
        </w:rPr>
        <w:t xml:space="preserve">'te </w:t>
      </w:r>
      <w:r>
        <w:rPr>
          <w:b w:val="0"/>
        </w:rPr>
        <w:t>{{YER}}</w:t>
      </w:r>
      <w:r>
        <w:rPr>
          <w:b w:val="0"/>
        </w:rPr>
        <w:t xml:space="preserve"> toplanmıştır. Sınıf veli temsilcisi seçimi için yapılan oylama sonuçları aşağıdadır: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</w:rPr>
              <w:t>Aday Velinin Adı Soyadı</w:t>
            </w:r>
          </w:p>
        </w:tc>
        <w:tc>
          <w:tcPr>
            <w:tcW w:type="dxa" w:w="3324"/>
          </w:tcPr>
          <w:p>
            <w:r>
              <w:rPr>
                <w:b/>
              </w:rPr>
              <w:t>Öğrencinin Adı Soyadı</w:t>
            </w:r>
          </w:p>
        </w:tc>
        <w:tc>
          <w:tcPr>
            <w:tcW w:type="dxa" w:w="3324"/>
          </w:tcPr>
          <w:p>
            <w:r>
              <w:rPr>
                <w:b/>
              </w:rPr>
              <w:t>Aldığı Oy</w:t>
            </w:r>
          </w:p>
        </w:tc>
      </w:tr>
      <w:tr>
        <w:tc>
          <w:tcPr>
            <w:tcW w:type="dxa" w:w="3324"/>
          </w:tcPr>
          <w:p/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/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/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/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</w:tbl>
    <w:p/>
    <w:p>
      <w:pPr>
        <w:jc w:val="both"/>
      </w:pPr>
      <w:r>
        <w:rPr>
          <w:b w:val="0"/>
        </w:rPr>
        <w:t>Yapılan oylama sonucunda ………………………………………… sınıf veli temsilcisi, ………………………………………… yedek temsilci olarak seçilmiştir. İşbu tutanak birlikte imza altına alınmıştır.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pPr>
              <w:jc w:val="center"/>
            </w:pPr>
          </w:p>
        </w:tc>
        <w:tc>
          <w:tcPr>
            <w:tcW w:type="dxa" w:w="3324"/>
          </w:tcPr>
          <w:p>
            <w:pPr>
              <w:jc w:val="center"/>
            </w:pPr>
          </w:p>
        </w:tc>
        <w:tc>
          <w:tcPr>
            <w:tcW w:type="dxa" w:w="3324"/>
          </w:tcPr>
          <w:p>
            <w:pPr>
              <w:jc w:val="center"/>
            </w:pPr>
            <w:r>
              <w:rPr>
                <w:b w:val="0"/>
              </w:rPr>
              <w:t>{{TARIH}}</w:t>
            </w:r>
          </w:p>
        </w:tc>
      </w:tr>
      <w:tr>
        <w:tc>
          <w:tcPr>
            <w:tcW w:type="dxa" w:w="3324"/>
          </w:tcPr>
          <w:p>
            <w:pPr>
              <w:jc w:val="center"/>
            </w:pPr>
            <w:r>
              <w:rPr>
                <w:b w:val="0"/>
              </w:rPr>
              <w:t>………………………</w:t>
            </w:r>
          </w:p>
        </w:tc>
        <w:tc>
          <w:tcPr>
            <w:tcW w:type="dxa" w:w="3324"/>
          </w:tcPr>
          <w:p>
            <w:pPr>
              <w:jc w:val="center"/>
            </w:pPr>
            <w:r>
              <w:rPr>
                <w:b w:val="0"/>
              </w:rPr>
              <w:t>………………………</w:t>
            </w:r>
          </w:p>
        </w:tc>
        <w:tc>
          <w:tcPr>
            <w:tcW w:type="dxa" w:w="3324"/>
          </w:tcPr>
          <w:p>
            <w:pPr>
              <w:jc w:val="center"/>
            </w:pPr>
            <w:r>
              <w:rPr>
                <w:b w:val="0"/>
              </w:rPr>
              <w:t>{{OGRETMEN}}</w:t>
            </w:r>
          </w:p>
        </w:tc>
      </w:tr>
      <w:tr>
        <w:tc>
          <w:tcPr>
            <w:tcW w:type="dxa" w:w="3324"/>
          </w:tcPr>
          <w:p>
            <w:pPr>
              <w:jc w:val="center"/>
            </w:pPr>
            <w:r>
              <w:rPr>
                <w:b/>
              </w:rPr>
              <w:t>Veli Temsilcisi</w:t>
            </w:r>
          </w:p>
        </w:tc>
        <w:tc>
          <w:tcPr>
            <w:tcW w:type="dxa" w:w="3324"/>
          </w:tcPr>
          <w:p>
            <w:pPr>
              <w:jc w:val="center"/>
            </w:pPr>
            <w:r>
              <w:rPr>
                <w:b/>
              </w:rPr>
              <w:t>Veli</w:t>
            </w:r>
          </w:p>
        </w:tc>
        <w:tc>
          <w:tcPr>
            <w:tcW w:type="dxa" w:w="3324"/>
          </w:tcPr>
          <w:p>
            <w:pPr>
              <w:jc w:val="center"/>
            </w:pPr>
            <w:r>
              <w:rPr>
                <w:b/>
              </w:rPr>
              <w:t>Sınıf Öğretmeni</w:t>
            </w:r>
          </w:p>
        </w:tc>
      </w:tr>
    </w:tbl>
    <w:p/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