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{{OKUL}}</w:t>
      </w:r>
      <w:r>
        <w:rPr>
          <w:b/>
        </w:rPr>
        <w:t xml:space="preserve"> MÜDÜRLÜĞÜNE</w:t>
      </w:r>
    </w:p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 </w:t>
      </w:r>
      <w:r>
        <w:rPr>
          <w:b/>
        </w:rPr>
        <w:t>{{SINIF}}</w:t>
      </w:r>
      <w:r>
        <w:rPr>
          <w:b/>
        </w:rPr>
        <w:t>-</w:t>
      </w:r>
      <w:r>
        <w:rPr>
          <w:b/>
        </w:rPr>
        <w:t>{{SUBE}}</w:t>
      </w:r>
      <w:r>
        <w:rPr>
          <w:b/>
        </w:rPr>
        <w:t xml:space="preserve"> SINIFI YIL SONU RAPORU</w:t>
      </w:r>
    </w:p>
    <w:p>
      <w:pPr>
        <w:spacing w:before="200"/>
      </w:pPr>
      <w:r>
        <w:rPr>
          <w:b/>
        </w:rPr>
        <w:t>1. SINIF MEVCUDU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Kız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Erkek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Toplam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  <w:t>Yıl başı mevcudu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Gelen öğrenci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Giden öğrenci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Yıl sonu mevcudu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pPr>
        <w:spacing w:before="200"/>
      </w:pPr>
      <w:r>
        <w:rPr>
          <w:b/>
        </w:rPr>
        <w:t>2. ÖĞRETİM ÇALIŞMALARI</w:t>
      </w:r>
    </w:p>
    <w:p>
      <w:pPr>
        <w:jc w:val="both"/>
      </w:pPr>
      <w:r>
        <w:rPr>
          <w:b w:val="0"/>
        </w:rPr>
        <w:t>Yıllık planlar Türkiye Yüzyılı Maarif Modeli öğretim programları ve çerçeve planlar doğrultusunda uygulanmıştır. Öğrencilerin gelişimi süreç odaklı ölçme araçlarıyla izlenmiştir.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3. DESTEĞE İHTİYAÇ DUYAN ÖĞRENCİLER VE BEP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4. BELİRLİ GÜN VE HAFTALAR, OKUL DIŞI ÖĞRENME VE SOSYAL ETKİNLİKLER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5. OKUMA ÇALIŞMALARI</w:t>
      </w:r>
    </w:p>
    <w:p>
      <w:pPr>
        <w:jc w:val="both"/>
      </w:pPr>
      <w:r>
        <w:rPr>
          <w:b w:val="0"/>
        </w:rPr>
        <w:t>Sınıfta yıl boyunca ……… kitap okunmuş, sınıf kitaplığı ……… kitaba ulaşmıştır.</w:t>
      </w:r>
    </w:p>
    <w:p>
      <w:pPr>
        <w:spacing w:before="200"/>
      </w:pPr>
      <w:r>
        <w:rPr>
          <w:b/>
        </w:rPr>
        <w:t>6. VELİ İŞ BİRLİĞİ</w:t>
      </w:r>
    </w:p>
    <w:p>
      <w:pPr>
        <w:jc w:val="both"/>
      </w:pPr>
      <w:r>
        <w:rPr>
          <w:b w:val="0"/>
        </w:rPr>
        <w:t>Yıl içinde ……… veli toplantısı ve ……… bireysel veli görüşmesi yapılmıştır.</w:t>
      </w:r>
    </w:p>
    <w:p>
      <w:pPr>
        <w:spacing w:before="200"/>
      </w:pPr>
      <w:r>
        <w:rPr>
          <w:b/>
        </w:rPr>
        <w:t>7. SORUNLAR VE ÖNERİLER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jc w:val="both"/>
      </w:pPr>
      <w:r>
        <w:rPr>
          <w:b w:val="0"/>
        </w:rPr>
        <w:t>Bilgilerinize arz ederim.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 w:val="0"/>
              </w:rPr>
              <w:t>{{OGRETMEN}}</w:t>
            </w: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/>
              </w:rPr>
              <w:t>{{SINIF}}</w:t>
            </w:r>
            <w:r>
              <w:rPr>
                <w:b/>
              </w:rPr>
              <w:t>-</w:t>
            </w:r>
            <w:r>
              <w:rPr>
                <w:b/>
              </w:rPr>
              <w:t>{{SUBE}}</w:t>
            </w:r>
            <w:r>
              <w:rPr>
                <w:b/>
              </w:rPr>
              <w:t xml:space="preserve"> Sınıf Öğretmeni</w:t>
            </w:r>
          </w:p>
        </w:tc>
      </w:tr>
    </w:tbl>
    <w:p/>
    <w:p>
      <w:pPr>
        <w:spacing w:after="0"/>
        <w:jc w:val="center"/>
      </w:pPr>
      <w:r>
        <w:rPr>
          <w:b/>
        </w:rPr>
        <w:t>UYGUNDUR</w:t>
      </w:r>
    </w:p>
    <w:p>
      <w:pPr>
        <w:spacing w:after="0"/>
        <w:jc w:val="center"/>
      </w:pPr>
      <w:r>
        <w:rPr>
          <w:b w:val="0"/>
        </w:rPr>
        <w:t>{{TARIH}}</w:t>
      </w:r>
    </w:p>
    <w:p>
      <w:pPr>
        <w:spacing w:after="0"/>
        <w:jc w:val="center"/>
      </w:pPr>
      <w:r>
        <w:rPr>
          <w:b w:val="0"/>
        </w:rPr>
        <w:t>{{MUDUR}}</w:t>
      </w:r>
    </w:p>
    <w:p>
      <w:pPr>
        <w:spacing w:after="0"/>
        <w:jc w:val="center"/>
      </w:pPr>
      <w:r>
        <w:rPr>
          <w:b/>
        </w:rPr>
        <w:t>Okul Müdürü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